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0BD7" w14:textId="4D8031B2" w:rsidR="002856B2" w:rsidRDefault="002856B2" w:rsidP="002856B2">
      <w:pPr>
        <w:pStyle w:val="Heading1"/>
        <w:jc w:val="center"/>
        <w:rPr>
          <w:color w:val="000000" w:themeColor="text1"/>
        </w:rPr>
      </w:pPr>
      <w:r>
        <w:rPr>
          <w:color w:val="000000" w:themeColor="text1"/>
        </w:rPr>
        <w:t xml:space="preserve">2026 Outreach and Engagement </w:t>
      </w:r>
      <w:r w:rsidR="002E7B11" w:rsidRPr="003408F1">
        <w:rPr>
          <w:color w:val="000000" w:themeColor="text1"/>
        </w:rPr>
        <w:t>Graduate Student Poster Competition</w:t>
      </w:r>
    </w:p>
    <w:p w14:paraId="074B6DA1" w14:textId="097B6F3C" w:rsidR="00A710CD" w:rsidRPr="003408F1" w:rsidRDefault="002E7B11">
      <w:pPr>
        <w:pStyle w:val="Heading1"/>
        <w:rPr>
          <w:color w:val="000000" w:themeColor="text1"/>
        </w:rPr>
      </w:pPr>
      <w:r w:rsidRPr="003408F1">
        <w:rPr>
          <w:color w:val="000000" w:themeColor="text1"/>
        </w:rPr>
        <w:t>Proposal Submission</w:t>
      </w:r>
    </w:p>
    <w:p w14:paraId="73B97D55" w14:textId="7268D7BC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 xml:space="preserve">Please submit your proposal to </w:t>
      </w:r>
      <w:hyperlink r:id="rId11" w:history="1">
        <w:r w:rsidR="002856B2" w:rsidRPr="00DF4954">
          <w:rPr>
            <w:rStyle w:val="Hyperlink"/>
          </w:rPr>
          <w:t>engage@osu.edu</w:t>
        </w:r>
      </w:hyperlink>
      <w:r w:rsidR="002856B2">
        <w:rPr>
          <w:color w:val="000000" w:themeColor="text1"/>
        </w:rPr>
        <w:t xml:space="preserve"> </w:t>
      </w:r>
      <w:r w:rsidRPr="003408F1">
        <w:rPr>
          <w:color w:val="000000" w:themeColor="text1"/>
        </w:rPr>
        <w:t xml:space="preserve">by </w:t>
      </w:r>
      <w:r w:rsidR="003D140A">
        <w:rPr>
          <w:color w:val="000000" w:themeColor="text1"/>
        </w:rPr>
        <w:t>September 1</w:t>
      </w:r>
      <w:r w:rsidR="003D66FF">
        <w:rPr>
          <w:color w:val="000000" w:themeColor="text1"/>
        </w:rPr>
        <w:t>6</w:t>
      </w:r>
      <w:r w:rsidR="003D140A">
        <w:rPr>
          <w:color w:val="000000" w:themeColor="text1"/>
        </w:rPr>
        <w:t>, 2026,</w:t>
      </w:r>
      <w:r w:rsidRPr="003408F1">
        <w:rPr>
          <w:color w:val="000000" w:themeColor="text1"/>
        </w:rPr>
        <w:t xml:space="preserve"> at 11:59 p.m.</w:t>
      </w:r>
    </w:p>
    <w:p w14:paraId="2E0A2525" w14:textId="77777777" w:rsidR="00A710CD" w:rsidRPr="003408F1" w:rsidRDefault="002E7B11">
      <w:pPr>
        <w:pStyle w:val="Heading2"/>
        <w:rPr>
          <w:color w:val="000000" w:themeColor="text1"/>
        </w:rPr>
      </w:pPr>
      <w:r w:rsidRPr="003408F1">
        <w:rPr>
          <w:color w:val="000000" w:themeColor="text1"/>
        </w:rPr>
        <w:t>Required Information:</w:t>
      </w:r>
    </w:p>
    <w:p w14:paraId="563FD6E1" w14:textId="41B8A8D1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 xml:space="preserve">First and Last Name: </w:t>
      </w:r>
    </w:p>
    <w:p w14:paraId="6A2358CB" w14:textId="64313ABB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Department/College:</w:t>
      </w:r>
    </w:p>
    <w:p w14:paraId="69124287" w14:textId="4FA70BD9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 xml:space="preserve">Degree Program (What degree are you currently pursuing?): </w:t>
      </w:r>
    </w:p>
    <w:p w14:paraId="7C8F2CA0" w14:textId="567E5D98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 xml:space="preserve">Email Address: </w:t>
      </w:r>
    </w:p>
    <w:p w14:paraId="1BAFF26F" w14:textId="77777777" w:rsidR="00A710CD" w:rsidRPr="003408F1" w:rsidRDefault="002E7B11">
      <w:pPr>
        <w:pStyle w:val="Heading2"/>
        <w:rPr>
          <w:color w:val="000000" w:themeColor="text1"/>
        </w:rPr>
      </w:pPr>
      <w:r w:rsidRPr="003408F1">
        <w:rPr>
          <w:color w:val="000000" w:themeColor="text1"/>
        </w:rPr>
        <w:t>General Description:</w:t>
      </w:r>
    </w:p>
    <w:p w14:paraId="47F44CFD" w14:textId="77777777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Provide a brief description of your project or research (50 words or fewer):</w:t>
      </w:r>
    </w:p>
    <w:p w14:paraId="0638C64C" w14:textId="77777777" w:rsidR="00A710CD" w:rsidRPr="003408F1" w:rsidRDefault="002E7B11">
      <w:pPr>
        <w:pStyle w:val="Heading2"/>
        <w:rPr>
          <w:color w:val="000000" w:themeColor="text1"/>
        </w:rPr>
      </w:pPr>
      <w:r w:rsidRPr="003408F1">
        <w:rPr>
          <w:color w:val="000000" w:themeColor="text1"/>
        </w:rPr>
        <w:t>Selection Criteria:</w:t>
      </w:r>
    </w:p>
    <w:p w14:paraId="4B1C0802" w14:textId="77777777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Please respond to the following four questions. Each response should be 100 words or fewer.</w:t>
      </w:r>
    </w:p>
    <w:p w14:paraId="0D6C09A0" w14:textId="3AA63D1B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1. Engagement: How does your project directly engage with or collaborate with community partners?</w:t>
      </w:r>
      <w:r w:rsidR="003408F1">
        <w:rPr>
          <w:color w:val="000000" w:themeColor="text1"/>
        </w:rPr>
        <w:t xml:space="preserve"> Identify who your community partners are. </w:t>
      </w:r>
    </w:p>
    <w:p w14:paraId="78811F0C" w14:textId="77777777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2. Reciprocity: How does your project benefit both your academic discipline (in terms of scholarship and knowledge) and the community partners?</w:t>
      </w:r>
    </w:p>
    <w:p w14:paraId="29349A15" w14:textId="77777777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>3. Capacity Building: In what ways does your project increase the capacity of individuals or organizations in the community to gain new knowledge, expertise, or advocate for themselves?</w:t>
      </w:r>
    </w:p>
    <w:p w14:paraId="0278A979" w14:textId="37EEF80C" w:rsidR="00A710CD" w:rsidRPr="003408F1" w:rsidRDefault="002E7B11">
      <w:pPr>
        <w:rPr>
          <w:color w:val="000000" w:themeColor="text1"/>
        </w:rPr>
      </w:pPr>
      <w:r w:rsidRPr="003408F1">
        <w:rPr>
          <w:color w:val="000000" w:themeColor="text1"/>
        </w:rPr>
        <w:t xml:space="preserve">4. Community Improvement: </w:t>
      </w:r>
      <w:r w:rsidR="003408F1">
        <w:rPr>
          <w:color w:val="000000" w:themeColor="text1"/>
        </w:rPr>
        <w:t>How a</w:t>
      </w:r>
      <w:r w:rsidRPr="003408F1">
        <w:rPr>
          <w:color w:val="000000" w:themeColor="text1"/>
        </w:rPr>
        <w:t>re the outcomes or results of your project intended to improve community processes, conditions, or overall outcomes?</w:t>
      </w:r>
      <w:r w:rsidR="003408F1">
        <w:rPr>
          <w:color w:val="000000" w:themeColor="text1"/>
        </w:rPr>
        <w:t xml:space="preserve"> </w:t>
      </w:r>
    </w:p>
    <w:p w14:paraId="250BEA87" w14:textId="48D98149" w:rsidR="00A710CD" w:rsidRPr="003408F1" w:rsidRDefault="00A710CD">
      <w:pPr>
        <w:rPr>
          <w:color w:val="000000" w:themeColor="text1"/>
        </w:rPr>
      </w:pPr>
    </w:p>
    <w:sectPr w:rsidR="00A710CD" w:rsidRPr="003408F1" w:rsidSect="00034616">
      <w:head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56A4" w14:textId="77777777" w:rsidR="00C16F55" w:rsidRDefault="00C16F55" w:rsidP="00FF2C2A">
      <w:pPr>
        <w:spacing w:after="0" w:line="240" w:lineRule="auto"/>
      </w:pPr>
      <w:r>
        <w:separator/>
      </w:r>
    </w:p>
  </w:endnote>
  <w:endnote w:type="continuationSeparator" w:id="0">
    <w:p w14:paraId="0EB5DB99" w14:textId="77777777" w:rsidR="00C16F55" w:rsidRDefault="00C16F55" w:rsidP="00FF2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227D" w14:textId="77777777" w:rsidR="00C16F55" w:rsidRDefault="00C16F55" w:rsidP="00FF2C2A">
      <w:pPr>
        <w:spacing w:after="0" w:line="240" w:lineRule="auto"/>
      </w:pPr>
      <w:r>
        <w:separator/>
      </w:r>
    </w:p>
  </w:footnote>
  <w:footnote w:type="continuationSeparator" w:id="0">
    <w:p w14:paraId="27D76476" w14:textId="77777777" w:rsidR="00C16F55" w:rsidRDefault="00C16F55" w:rsidP="00FF2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04F6E" w14:textId="76AB5A0A" w:rsidR="00FF2C2A" w:rsidRDefault="00FF2C2A" w:rsidP="00FF2C2A">
    <w:pPr>
      <w:pStyle w:val="Header"/>
      <w:jc w:val="center"/>
    </w:pPr>
    <w:r>
      <w:rPr>
        <w:noProof/>
      </w:rPr>
      <w:drawing>
        <wp:inline distT="0" distB="0" distL="0" distR="0" wp14:anchorId="26AA1630" wp14:editId="31A35A3D">
          <wp:extent cx="3657600" cy="524505"/>
          <wp:effectExtent l="0" t="0" r="0" b="9525"/>
          <wp:docPr id="13862287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228765" name="Picture 13862287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7600" cy="52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0572214">
    <w:abstractNumId w:val="8"/>
  </w:num>
  <w:num w:numId="2" w16cid:durableId="127600638">
    <w:abstractNumId w:val="6"/>
  </w:num>
  <w:num w:numId="3" w16cid:durableId="716051494">
    <w:abstractNumId w:val="5"/>
  </w:num>
  <w:num w:numId="4" w16cid:durableId="1825194391">
    <w:abstractNumId w:val="4"/>
  </w:num>
  <w:num w:numId="5" w16cid:durableId="1216741509">
    <w:abstractNumId w:val="7"/>
  </w:num>
  <w:num w:numId="6" w16cid:durableId="1798989741">
    <w:abstractNumId w:val="3"/>
  </w:num>
  <w:num w:numId="7" w16cid:durableId="1337149027">
    <w:abstractNumId w:val="2"/>
  </w:num>
  <w:num w:numId="8" w16cid:durableId="1469320922">
    <w:abstractNumId w:val="1"/>
  </w:num>
  <w:num w:numId="9" w16cid:durableId="108233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56B2"/>
    <w:rsid w:val="0029639D"/>
    <w:rsid w:val="002E7B11"/>
    <w:rsid w:val="00326F90"/>
    <w:rsid w:val="003408F1"/>
    <w:rsid w:val="003D140A"/>
    <w:rsid w:val="003D66FF"/>
    <w:rsid w:val="00503C60"/>
    <w:rsid w:val="00636C6A"/>
    <w:rsid w:val="00737E79"/>
    <w:rsid w:val="007E50B7"/>
    <w:rsid w:val="009A5FB3"/>
    <w:rsid w:val="00A710CD"/>
    <w:rsid w:val="00AA1D8D"/>
    <w:rsid w:val="00AC612E"/>
    <w:rsid w:val="00B47730"/>
    <w:rsid w:val="00C16F55"/>
    <w:rsid w:val="00CB0664"/>
    <w:rsid w:val="00F27A17"/>
    <w:rsid w:val="00FC693F"/>
    <w:rsid w:val="00FF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B89A4B"/>
  <w14:defaultImageDpi w14:val="300"/>
  <w15:docId w15:val="{11026B8E-59C9-8148-B29F-B86BB6EF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856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age@osu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075A916198B428ED01C34F0413C15" ma:contentTypeVersion="20" ma:contentTypeDescription="Create a new document." ma:contentTypeScope="" ma:versionID="934c55a7fd215773d36b73c74b3d9582">
  <xsd:schema xmlns:xsd="http://www.w3.org/2001/XMLSchema" xmlns:xs="http://www.w3.org/2001/XMLSchema" xmlns:p="http://schemas.microsoft.com/office/2006/metadata/properties" xmlns:ns2="215b2c43-5a4b-4d05-a42e-fc1ecccb7874" xmlns:ns3="b69e94a7-b160-4d36-b2f0-476181bbf060" targetNamespace="http://schemas.microsoft.com/office/2006/metadata/properties" ma:root="true" ma:fieldsID="a63c2dee4c3a478ef067203c4068d1f8" ns2:_="" ns3:_="">
    <xsd:import namespace="215b2c43-5a4b-4d05-a42e-fc1ecccb7874"/>
    <xsd:import namespace="b69e94a7-b160-4d36-b2f0-476181bbf0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b2c43-5a4b-4d05-a42e-fc1ecccb7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st" ma:index="27" nillable="true" ma:displayName="Cost" ma:default="00.00" ma:format="$123,456.00 (United States)" ma:LCID="1033" ma:internalName="Cost">
      <xsd:simpleType>
        <xsd:restriction base="dms:Currency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e94a7-b160-4d36-b2f0-476181bb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1ed412-a7e0-405f-bd9d-b17d375191a8}" ma:internalName="TaxCatchAll" ma:showField="CatchAllData" ma:web="b69e94a7-b160-4d36-b2f0-476181bbf0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st xmlns="215b2c43-5a4b-4d05-a42e-fc1ecccb7874">0</Cost>
    <lcf76f155ced4ddcb4097134ff3c332f xmlns="215b2c43-5a4b-4d05-a42e-fc1ecccb7874">
      <Terms xmlns="http://schemas.microsoft.com/office/infopath/2007/PartnerControls"/>
    </lcf76f155ced4ddcb4097134ff3c332f>
    <TaxCatchAll xmlns="b69e94a7-b160-4d36-b2f0-476181bbf0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1BDC44-FFE1-4DC5-8EE7-3D3B093B5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b2c43-5a4b-4d05-a42e-fc1ecccb7874"/>
    <ds:schemaRef ds:uri="b69e94a7-b160-4d36-b2f0-476181bbf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97F103-5145-4BEB-AC1F-94DB7BB7A35F}">
  <ds:schemaRefs>
    <ds:schemaRef ds:uri="http://schemas.microsoft.com/office/2006/metadata/properties"/>
    <ds:schemaRef ds:uri="http://schemas.microsoft.com/office/infopath/2007/PartnerControls"/>
    <ds:schemaRef ds:uri="215b2c43-5a4b-4d05-a42e-fc1ecccb7874"/>
    <ds:schemaRef ds:uri="b69e94a7-b160-4d36-b2f0-476181bbf060"/>
  </ds:schemaRefs>
</ds:datastoreItem>
</file>

<file path=customXml/itemProps4.xml><?xml version="1.0" encoding="utf-8"?>
<ds:datastoreItem xmlns:ds="http://schemas.openxmlformats.org/officeDocument/2006/customXml" ds:itemID="{345B0169-9FC7-4AE4-B01C-9F736FA43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1100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Lewis, Ben</cp:lastModifiedBy>
  <cp:revision>2</cp:revision>
  <dcterms:created xsi:type="dcterms:W3CDTF">2026-08-27T16:41:00Z</dcterms:created>
  <dcterms:modified xsi:type="dcterms:W3CDTF">2026-08-27T16:41:00Z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0x010100E66075A916198B428ED01C34F0413C15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